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0BB39" w14:textId="77777777" w:rsidR="0026004B" w:rsidRDefault="0035479D">
      <w:pPr>
        <w:jc w:val="center"/>
      </w:pPr>
      <w:r>
        <w:rPr>
          <w:noProof/>
        </w:rPr>
        <w:drawing>
          <wp:inline distT="0" distB="0" distL="0" distR="0" wp14:anchorId="46C1C02C" wp14:editId="5E9C29B3">
            <wp:extent cx="2809876" cy="1873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9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10408" cy="187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B46A9" w14:textId="7BB95147" w:rsidR="0026004B" w:rsidRDefault="00142C8F">
      <w:pPr>
        <w:spacing w:after="40"/>
        <w:jc w:val="center"/>
      </w:pPr>
      <w:r>
        <w:rPr>
          <w:b/>
          <w:color w:val="801432"/>
          <w:sz w:val="48"/>
        </w:rPr>
        <w:t xml:space="preserve">NEW </w:t>
      </w:r>
      <w:r w:rsidR="0035479D">
        <w:rPr>
          <w:b/>
          <w:color w:val="801432"/>
          <w:sz w:val="48"/>
        </w:rPr>
        <w:t>SCHOOL UNIFORM</w:t>
      </w:r>
    </w:p>
    <w:p w14:paraId="7BC289C6" w14:textId="77777777" w:rsidR="0026004B" w:rsidRDefault="0035479D">
      <w:pPr>
        <w:spacing w:after="240"/>
        <w:jc w:val="center"/>
      </w:pPr>
      <w:r>
        <w:rPr>
          <w:b/>
          <w:color w:val="801432"/>
          <w:sz w:val="36"/>
        </w:rPr>
        <w:t>PRICE LIST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271"/>
        <w:gridCol w:w="2634"/>
      </w:tblGrid>
      <w:tr w:rsidR="0026004B" w14:paraId="0C43047A" w14:textId="77777777" w:rsidTr="00142C8F">
        <w:trPr>
          <w:trHeight w:val="418"/>
          <w:jc w:val="center"/>
        </w:trPr>
        <w:tc>
          <w:tcPr>
            <w:tcW w:w="6271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shd w:val="clear" w:color="auto" w:fill="801432"/>
            <w:vAlign w:val="center"/>
          </w:tcPr>
          <w:p w14:paraId="712C5C99" w14:textId="77777777" w:rsidR="0026004B" w:rsidRDefault="0035479D">
            <w:pPr>
              <w:jc w:val="center"/>
            </w:pPr>
            <w:r>
              <w:rPr>
                <w:b/>
                <w:color w:val="FFFFFF"/>
                <w:sz w:val="24"/>
              </w:rPr>
              <w:t>UNIFORM ITEM</w:t>
            </w:r>
          </w:p>
        </w:tc>
        <w:tc>
          <w:tcPr>
            <w:tcW w:w="2634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shd w:val="clear" w:color="auto" w:fill="801432"/>
            <w:vAlign w:val="center"/>
          </w:tcPr>
          <w:p w14:paraId="4DE95A88" w14:textId="77777777" w:rsidR="0026004B" w:rsidRDefault="0035479D">
            <w:pPr>
              <w:jc w:val="center"/>
            </w:pPr>
            <w:r>
              <w:rPr>
                <w:b/>
                <w:color w:val="FFFFFF"/>
                <w:sz w:val="24"/>
              </w:rPr>
              <w:t>PRICE</w:t>
            </w:r>
          </w:p>
        </w:tc>
      </w:tr>
      <w:tr w:rsidR="0026004B" w14:paraId="5A2B34B0" w14:textId="77777777" w:rsidTr="00142C8F">
        <w:trPr>
          <w:trHeight w:val="394"/>
          <w:jc w:val="center"/>
        </w:trPr>
        <w:tc>
          <w:tcPr>
            <w:tcW w:w="6271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020F7379" w14:textId="77777777" w:rsidR="0026004B" w:rsidRDefault="0035479D">
            <w:pPr>
              <w:spacing w:after="0"/>
            </w:pPr>
            <w:r>
              <w:rPr>
                <w:b/>
                <w:color w:val="46232D"/>
                <w:sz w:val="30"/>
              </w:rPr>
              <w:t>Branded Polo</w:t>
            </w:r>
          </w:p>
        </w:tc>
        <w:tc>
          <w:tcPr>
            <w:tcW w:w="2634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25CD9072" w14:textId="77777777" w:rsidR="0026004B" w:rsidRDefault="0035479D">
            <w:pPr>
              <w:spacing w:after="0"/>
              <w:jc w:val="center"/>
            </w:pPr>
            <w:r>
              <w:rPr>
                <w:b/>
                <w:color w:val="D22D5F"/>
                <w:sz w:val="36"/>
              </w:rPr>
              <w:t>£8.00</w:t>
            </w:r>
          </w:p>
        </w:tc>
      </w:tr>
      <w:tr w:rsidR="00142C8F" w14:paraId="662EE725" w14:textId="77777777" w:rsidTr="00142C8F">
        <w:trPr>
          <w:trHeight w:val="394"/>
          <w:jc w:val="center"/>
        </w:trPr>
        <w:tc>
          <w:tcPr>
            <w:tcW w:w="6271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52DE2AE5" w14:textId="2D86E07E" w:rsidR="00142C8F" w:rsidRDefault="00142C8F">
            <w:pPr>
              <w:spacing w:after="0"/>
              <w:rPr>
                <w:b/>
                <w:color w:val="46232D"/>
                <w:sz w:val="30"/>
              </w:rPr>
            </w:pPr>
            <w:r>
              <w:rPr>
                <w:b/>
                <w:color w:val="46232D"/>
                <w:sz w:val="30"/>
              </w:rPr>
              <w:t xml:space="preserve">Branded </w:t>
            </w:r>
            <w:proofErr w:type="gramStart"/>
            <w:r>
              <w:rPr>
                <w:b/>
                <w:color w:val="46232D"/>
                <w:sz w:val="30"/>
              </w:rPr>
              <w:t>Polo  Age</w:t>
            </w:r>
            <w:proofErr w:type="gramEnd"/>
            <w:r>
              <w:rPr>
                <w:b/>
                <w:color w:val="46232D"/>
                <w:sz w:val="30"/>
              </w:rPr>
              <w:t xml:space="preserve"> 9/10 and 11/12</w:t>
            </w:r>
          </w:p>
        </w:tc>
        <w:tc>
          <w:tcPr>
            <w:tcW w:w="2634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3020677D" w14:textId="29EA5DC6" w:rsidR="00142C8F" w:rsidRDefault="00142C8F">
            <w:pPr>
              <w:spacing w:after="0"/>
              <w:jc w:val="center"/>
              <w:rPr>
                <w:b/>
                <w:color w:val="D22D5F"/>
                <w:sz w:val="36"/>
              </w:rPr>
            </w:pPr>
            <w:r>
              <w:rPr>
                <w:b/>
                <w:color w:val="D22D5F"/>
                <w:sz w:val="36"/>
              </w:rPr>
              <w:t>£9.00</w:t>
            </w:r>
          </w:p>
        </w:tc>
      </w:tr>
      <w:tr w:rsidR="0026004B" w14:paraId="7E6C0FB6" w14:textId="77777777" w:rsidTr="00142C8F">
        <w:trPr>
          <w:trHeight w:val="386"/>
          <w:jc w:val="center"/>
        </w:trPr>
        <w:tc>
          <w:tcPr>
            <w:tcW w:w="6271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46913B86" w14:textId="77777777" w:rsidR="0026004B" w:rsidRDefault="0035479D">
            <w:pPr>
              <w:spacing w:after="0"/>
            </w:pPr>
            <w:r>
              <w:rPr>
                <w:b/>
                <w:color w:val="46232D"/>
                <w:sz w:val="30"/>
              </w:rPr>
              <w:t>Branded Cardigan</w:t>
            </w:r>
          </w:p>
        </w:tc>
        <w:tc>
          <w:tcPr>
            <w:tcW w:w="2634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4CA5599F" w14:textId="36159CB5" w:rsidR="0026004B" w:rsidRDefault="0035479D">
            <w:pPr>
              <w:spacing w:after="0"/>
              <w:jc w:val="center"/>
            </w:pPr>
            <w:r>
              <w:rPr>
                <w:b/>
                <w:color w:val="D22D5F"/>
                <w:sz w:val="36"/>
              </w:rPr>
              <w:t>£1</w:t>
            </w:r>
            <w:r w:rsidR="00142C8F">
              <w:rPr>
                <w:b/>
                <w:color w:val="D22D5F"/>
                <w:sz w:val="36"/>
              </w:rPr>
              <w:t>4</w:t>
            </w:r>
            <w:r>
              <w:rPr>
                <w:b/>
                <w:color w:val="D22D5F"/>
                <w:sz w:val="36"/>
              </w:rPr>
              <w:t>.00</w:t>
            </w:r>
          </w:p>
        </w:tc>
      </w:tr>
      <w:tr w:rsidR="00142C8F" w14:paraId="4590355F" w14:textId="77777777" w:rsidTr="00142C8F">
        <w:trPr>
          <w:trHeight w:val="386"/>
          <w:jc w:val="center"/>
        </w:trPr>
        <w:tc>
          <w:tcPr>
            <w:tcW w:w="6271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407AC0C5" w14:textId="701E131D" w:rsidR="00142C8F" w:rsidRDefault="00142C8F">
            <w:pPr>
              <w:spacing w:after="0"/>
              <w:rPr>
                <w:b/>
                <w:color w:val="46232D"/>
                <w:sz w:val="30"/>
              </w:rPr>
            </w:pPr>
            <w:r>
              <w:rPr>
                <w:b/>
                <w:color w:val="46232D"/>
                <w:sz w:val="30"/>
              </w:rPr>
              <w:t>Branded Cardigan</w:t>
            </w:r>
            <w:r>
              <w:rPr>
                <w:b/>
                <w:color w:val="46232D"/>
                <w:sz w:val="30"/>
              </w:rPr>
              <w:t xml:space="preserve">   Age 9/10 and 11/12</w:t>
            </w:r>
          </w:p>
        </w:tc>
        <w:tc>
          <w:tcPr>
            <w:tcW w:w="2634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40422B9E" w14:textId="50465A94" w:rsidR="00142C8F" w:rsidRDefault="00142C8F" w:rsidP="00142C8F">
            <w:pPr>
              <w:spacing w:after="0"/>
              <w:jc w:val="center"/>
              <w:rPr>
                <w:b/>
                <w:color w:val="D22D5F"/>
                <w:sz w:val="36"/>
              </w:rPr>
            </w:pPr>
            <w:r>
              <w:rPr>
                <w:b/>
                <w:color w:val="D22D5F"/>
                <w:sz w:val="36"/>
              </w:rPr>
              <w:t>£1</w:t>
            </w:r>
            <w:r>
              <w:rPr>
                <w:b/>
                <w:color w:val="D22D5F"/>
                <w:sz w:val="36"/>
              </w:rPr>
              <w:t>5</w:t>
            </w:r>
            <w:r>
              <w:rPr>
                <w:b/>
                <w:color w:val="D22D5F"/>
                <w:sz w:val="36"/>
              </w:rPr>
              <w:t>.00</w:t>
            </w:r>
          </w:p>
        </w:tc>
      </w:tr>
      <w:tr w:rsidR="0026004B" w14:paraId="4E6D4BF6" w14:textId="77777777" w:rsidTr="00142C8F">
        <w:trPr>
          <w:trHeight w:val="394"/>
          <w:jc w:val="center"/>
        </w:trPr>
        <w:tc>
          <w:tcPr>
            <w:tcW w:w="6271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12A3A8FD" w14:textId="77777777" w:rsidR="0026004B" w:rsidRDefault="0035479D">
            <w:pPr>
              <w:spacing w:after="0"/>
            </w:pPr>
            <w:r>
              <w:rPr>
                <w:b/>
                <w:color w:val="46232D"/>
                <w:sz w:val="30"/>
              </w:rPr>
              <w:t>Branded Jumper</w:t>
            </w:r>
          </w:p>
        </w:tc>
        <w:tc>
          <w:tcPr>
            <w:tcW w:w="2634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2B96ACBB" w14:textId="36AB8AED" w:rsidR="0026004B" w:rsidRDefault="0035479D">
            <w:pPr>
              <w:spacing w:after="0"/>
              <w:jc w:val="center"/>
            </w:pPr>
            <w:r>
              <w:rPr>
                <w:b/>
                <w:color w:val="D22D5F"/>
                <w:sz w:val="36"/>
              </w:rPr>
              <w:t>£1</w:t>
            </w:r>
            <w:r w:rsidR="00142C8F">
              <w:rPr>
                <w:b/>
                <w:color w:val="D22D5F"/>
                <w:sz w:val="36"/>
              </w:rPr>
              <w:t>2</w:t>
            </w:r>
            <w:r>
              <w:rPr>
                <w:b/>
                <w:color w:val="D22D5F"/>
                <w:sz w:val="36"/>
              </w:rPr>
              <w:t>.00</w:t>
            </w:r>
          </w:p>
        </w:tc>
      </w:tr>
      <w:tr w:rsidR="00142C8F" w14:paraId="5FDBE5ED" w14:textId="77777777" w:rsidTr="00142C8F">
        <w:trPr>
          <w:trHeight w:val="394"/>
          <w:jc w:val="center"/>
        </w:trPr>
        <w:tc>
          <w:tcPr>
            <w:tcW w:w="6271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06B7E1E6" w14:textId="77D0BEF1" w:rsidR="00142C8F" w:rsidRDefault="00142C8F">
            <w:pPr>
              <w:spacing w:after="0"/>
              <w:rPr>
                <w:b/>
                <w:color w:val="46232D"/>
                <w:sz w:val="30"/>
              </w:rPr>
            </w:pPr>
            <w:r>
              <w:rPr>
                <w:b/>
                <w:color w:val="46232D"/>
                <w:sz w:val="30"/>
              </w:rPr>
              <w:t>Branded Cardigan   Age</w:t>
            </w:r>
            <w:r>
              <w:rPr>
                <w:b/>
                <w:color w:val="46232D"/>
                <w:sz w:val="30"/>
              </w:rPr>
              <w:t xml:space="preserve"> </w:t>
            </w:r>
            <w:r>
              <w:rPr>
                <w:b/>
                <w:color w:val="46232D"/>
                <w:sz w:val="30"/>
              </w:rPr>
              <w:t>9/10 and 11/12</w:t>
            </w:r>
          </w:p>
        </w:tc>
        <w:tc>
          <w:tcPr>
            <w:tcW w:w="2634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5761D958" w14:textId="41E45859" w:rsidR="00142C8F" w:rsidRDefault="00142C8F">
            <w:pPr>
              <w:spacing w:after="0"/>
              <w:jc w:val="center"/>
              <w:rPr>
                <w:b/>
                <w:color w:val="D22D5F"/>
                <w:sz w:val="36"/>
              </w:rPr>
            </w:pPr>
            <w:r>
              <w:rPr>
                <w:b/>
                <w:color w:val="D22D5F"/>
                <w:sz w:val="36"/>
              </w:rPr>
              <w:t>£13.00</w:t>
            </w:r>
          </w:p>
        </w:tc>
      </w:tr>
      <w:tr w:rsidR="0026004B" w14:paraId="024E9BB0" w14:textId="77777777" w:rsidTr="00142C8F">
        <w:trPr>
          <w:trHeight w:val="394"/>
          <w:jc w:val="center"/>
        </w:trPr>
        <w:tc>
          <w:tcPr>
            <w:tcW w:w="6271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520807E3" w14:textId="77777777" w:rsidR="0026004B" w:rsidRDefault="0035479D">
            <w:pPr>
              <w:spacing w:after="0"/>
            </w:pPr>
            <w:r>
              <w:rPr>
                <w:b/>
                <w:color w:val="46232D"/>
                <w:sz w:val="30"/>
              </w:rPr>
              <w:t>Book Bag</w:t>
            </w:r>
          </w:p>
        </w:tc>
        <w:tc>
          <w:tcPr>
            <w:tcW w:w="2634" w:type="dxa"/>
            <w:tcBorders>
              <w:top w:val="single" w:sz="8" w:space="0" w:color="801432"/>
              <w:left w:val="single" w:sz="8" w:space="0" w:color="801432"/>
              <w:bottom w:val="single" w:sz="8" w:space="0" w:color="801432"/>
              <w:right w:val="single" w:sz="8" w:space="0" w:color="801432"/>
            </w:tcBorders>
            <w:vAlign w:val="center"/>
          </w:tcPr>
          <w:p w14:paraId="19238268" w14:textId="29251292" w:rsidR="0026004B" w:rsidRDefault="0035479D">
            <w:pPr>
              <w:spacing w:after="0"/>
              <w:jc w:val="center"/>
            </w:pPr>
            <w:r>
              <w:rPr>
                <w:b/>
                <w:color w:val="D22D5F"/>
                <w:sz w:val="36"/>
              </w:rPr>
              <w:t>£</w:t>
            </w:r>
            <w:r w:rsidR="00142C8F">
              <w:rPr>
                <w:b/>
                <w:color w:val="D22D5F"/>
                <w:sz w:val="36"/>
              </w:rPr>
              <w:t>5.00</w:t>
            </w:r>
          </w:p>
        </w:tc>
      </w:tr>
    </w:tbl>
    <w:p w14:paraId="1CB7627E" w14:textId="77777777" w:rsidR="0026004B" w:rsidRDefault="0026004B"/>
    <w:p w14:paraId="70451C5B" w14:textId="77777777" w:rsidR="00142C8F" w:rsidRDefault="00142C8F">
      <w:pPr>
        <w:jc w:val="center"/>
        <w:rPr>
          <w:sz w:val="21"/>
        </w:rPr>
      </w:pPr>
    </w:p>
    <w:p w14:paraId="0AF2664F" w14:textId="77777777" w:rsidR="00142C8F" w:rsidRDefault="00142C8F" w:rsidP="00142C8F">
      <w:pPr>
        <w:spacing w:after="40"/>
        <w:jc w:val="center"/>
        <w:rPr>
          <w:b/>
          <w:color w:val="801432"/>
          <w:sz w:val="48"/>
        </w:rPr>
      </w:pPr>
      <w:r>
        <w:rPr>
          <w:b/>
          <w:color w:val="801432"/>
          <w:sz w:val="48"/>
        </w:rPr>
        <w:t>PRE-LOVED</w:t>
      </w:r>
      <w:r>
        <w:rPr>
          <w:b/>
          <w:color w:val="801432"/>
          <w:sz w:val="48"/>
        </w:rPr>
        <w:t xml:space="preserve"> SCHOOL UNIFORM</w:t>
      </w:r>
      <w:r>
        <w:rPr>
          <w:b/>
          <w:color w:val="801432"/>
          <w:sz w:val="48"/>
        </w:rPr>
        <w:t xml:space="preserve"> IS ALSO AVAILABE FROM THE OFFICE</w:t>
      </w:r>
    </w:p>
    <w:p w14:paraId="1A497ED7" w14:textId="0DE0FA63" w:rsidR="00142C8F" w:rsidRDefault="00142C8F" w:rsidP="00142C8F">
      <w:pPr>
        <w:spacing w:after="40"/>
        <w:jc w:val="center"/>
      </w:pPr>
      <w:r>
        <w:rPr>
          <w:b/>
          <w:color w:val="801432"/>
          <w:sz w:val="48"/>
        </w:rPr>
        <w:t xml:space="preserve"> – ALL ITEMS ARE 50p.</w:t>
      </w:r>
    </w:p>
    <w:p w14:paraId="74A93454" w14:textId="77777777" w:rsidR="00142C8F" w:rsidRDefault="00142C8F">
      <w:pPr>
        <w:jc w:val="center"/>
        <w:rPr>
          <w:sz w:val="21"/>
        </w:rPr>
      </w:pPr>
    </w:p>
    <w:p w14:paraId="48362078" w14:textId="77777777" w:rsidR="00142C8F" w:rsidRDefault="00142C8F">
      <w:pPr>
        <w:jc w:val="center"/>
        <w:rPr>
          <w:sz w:val="21"/>
        </w:rPr>
      </w:pPr>
    </w:p>
    <w:p w14:paraId="73519EFA" w14:textId="77777777" w:rsidR="00142C8F" w:rsidRDefault="00142C8F" w:rsidP="00142C8F">
      <w:pPr>
        <w:spacing w:after="80"/>
        <w:jc w:val="center"/>
      </w:pPr>
      <w:r>
        <w:rPr>
          <w:b/>
          <w:color w:val="008080"/>
          <w:sz w:val="26"/>
        </w:rPr>
        <w:t>Thank you for supporting Friends of Lowe’s Wong Infants! ❤️</w:t>
      </w:r>
    </w:p>
    <w:p w14:paraId="1D4CC7AC" w14:textId="77777777" w:rsidR="00142C8F" w:rsidRDefault="00142C8F" w:rsidP="00142C8F">
      <w:pPr>
        <w:jc w:val="center"/>
        <w:rPr>
          <w:sz w:val="21"/>
        </w:rPr>
      </w:pPr>
    </w:p>
    <w:p w14:paraId="2594C5DC" w14:textId="77777777" w:rsidR="00142C8F" w:rsidRDefault="00142C8F" w:rsidP="00142C8F">
      <w:pPr>
        <w:jc w:val="center"/>
        <w:rPr>
          <w:sz w:val="21"/>
        </w:rPr>
      </w:pPr>
      <w:r>
        <w:rPr>
          <w:sz w:val="21"/>
        </w:rPr>
        <w:t>Every purchase helps us support our school and our children.</w:t>
      </w:r>
    </w:p>
    <w:p w14:paraId="12A062E5" w14:textId="77777777" w:rsidR="00142C8F" w:rsidRDefault="00142C8F">
      <w:pPr>
        <w:jc w:val="center"/>
        <w:rPr>
          <w:sz w:val="21"/>
        </w:rPr>
      </w:pPr>
    </w:p>
    <w:p w14:paraId="1BCF1B28" w14:textId="77777777" w:rsidR="00142C8F" w:rsidRDefault="00142C8F">
      <w:pPr>
        <w:jc w:val="center"/>
        <w:rPr>
          <w:sz w:val="21"/>
        </w:rPr>
      </w:pPr>
    </w:p>
    <w:p w14:paraId="5AAA688D" w14:textId="77777777" w:rsidR="00142C8F" w:rsidRDefault="00142C8F">
      <w:pPr>
        <w:jc w:val="center"/>
        <w:rPr>
          <w:sz w:val="21"/>
        </w:rPr>
      </w:pPr>
    </w:p>
    <w:p w14:paraId="1909254E" w14:textId="6E7AF320" w:rsidR="00142C8F" w:rsidRDefault="00142C8F" w:rsidP="00142C8F"/>
    <w:sectPr w:rsidR="00142C8F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82196974">
    <w:abstractNumId w:val="8"/>
  </w:num>
  <w:num w:numId="2" w16cid:durableId="182718263">
    <w:abstractNumId w:val="6"/>
  </w:num>
  <w:num w:numId="3" w16cid:durableId="1860846819">
    <w:abstractNumId w:val="5"/>
  </w:num>
  <w:num w:numId="4" w16cid:durableId="1479227801">
    <w:abstractNumId w:val="4"/>
  </w:num>
  <w:num w:numId="5" w16cid:durableId="2136874848">
    <w:abstractNumId w:val="7"/>
  </w:num>
  <w:num w:numId="6" w16cid:durableId="764574294">
    <w:abstractNumId w:val="3"/>
  </w:num>
  <w:num w:numId="7" w16cid:durableId="819231615">
    <w:abstractNumId w:val="2"/>
  </w:num>
  <w:num w:numId="8" w16cid:durableId="667484205">
    <w:abstractNumId w:val="1"/>
  </w:num>
  <w:num w:numId="9" w16cid:durableId="1915891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2C8F"/>
    <w:rsid w:val="0015074B"/>
    <w:rsid w:val="001E3DEA"/>
    <w:rsid w:val="0026004B"/>
    <w:rsid w:val="0029639D"/>
    <w:rsid w:val="00326F90"/>
    <w:rsid w:val="0035479D"/>
    <w:rsid w:val="00807CAD"/>
    <w:rsid w:val="00AA1D8D"/>
    <w:rsid w:val="00B47730"/>
    <w:rsid w:val="00BB00D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826E4D"/>
  <w14:defaultImageDpi w14:val="300"/>
  <w15:docId w15:val="{9F37FFD0-8F15-4D36-9BD5-331846C2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C8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EBF72FB67E742845F16D89A4A8717" ma:contentTypeVersion="12" ma:contentTypeDescription="Create a new document." ma:contentTypeScope="" ma:versionID="183310ded8b7f7e577272125fe0b70cb">
  <xsd:schema xmlns:xsd="http://www.w3.org/2001/XMLSchema" xmlns:xs="http://www.w3.org/2001/XMLSchema" xmlns:p="http://schemas.microsoft.com/office/2006/metadata/properties" xmlns:ns2="eff51bd0-a884-4971-b3de-1e7a7af2c2d6" xmlns:ns3="d149c543-7ce3-457b-82c5-03ecf9203e72" targetNamespace="http://schemas.microsoft.com/office/2006/metadata/properties" ma:root="true" ma:fieldsID="a94357d18848ed03f200d374a660e527" ns2:_="" ns3:_="">
    <xsd:import namespace="eff51bd0-a884-4971-b3de-1e7a7af2c2d6"/>
    <xsd:import namespace="d149c543-7ce3-457b-82c5-03ecf9203e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51bd0-a884-4971-b3de-1e7a7af2c2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9c543-7ce3-457b-82c5-03ecf9203e7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34ad5f3-e10e-4c36-9f40-db1b50ea105d}" ma:internalName="TaxCatchAll" ma:showField="CatchAllData" ma:web="d149c543-7ce3-457b-82c5-03ecf9203e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49c543-7ce3-457b-82c5-03ecf9203e72" xsi:nil="true"/>
    <lcf76f155ced4ddcb4097134ff3c332f xmlns="eff51bd0-a884-4971-b3de-1e7a7af2c2d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14EDD9-67CB-4245-84CA-D8FA4B14BDD8}"/>
</file>

<file path=customXml/itemProps3.xml><?xml version="1.0" encoding="utf-8"?>
<ds:datastoreItem xmlns:ds="http://schemas.openxmlformats.org/officeDocument/2006/customXml" ds:itemID="{C2A44829-7336-4ECF-B4A8-15A804C9AAF3}"/>
</file>

<file path=customXml/itemProps4.xml><?xml version="1.0" encoding="utf-8"?>
<ds:datastoreItem xmlns:ds="http://schemas.openxmlformats.org/officeDocument/2006/customXml" ds:itemID="{5C0099AF-E207-44CA-9D6F-09BB30B790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</Words>
  <Characters>407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Jane Butler</cp:lastModifiedBy>
  <cp:revision>2</cp:revision>
  <dcterms:created xsi:type="dcterms:W3CDTF">2026-11-05T11:13:00Z</dcterms:created>
  <dcterms:modified xsi:type="dcterms:W3CDTF">2026-11-05T11:13:00Z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0x010100274EBF72FB67E742845F16D89A4A8717</vt:lpwstr>
  </property>
</Properties>
</file>